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אמצעים אומנותיים, דמויות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במשפטים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דמויות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שלבי הסיפור מאקספוזיציה ועד התרה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סוגי דמויות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עגולה = מורכבת ורב ממדית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שטוחה פשוטה ולרוב לא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דינמית =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אלה שני סיווגים שונים שיכולים להצטלב אך לא 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ההוכחות לתכונה מגיעות מהתנהגות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בעזרת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(נתינת תכונות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(הצגת שני דברים הפוכים)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(ייצוג של רעיון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סידור שלבי הסיפור - הר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אקספוזיציה - הצגת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אירוע מניע - משהו שמתחיל את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סיבוך - הקושי הולך ומחריף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נקודת המתח הגבוהה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התרה - פתרון הסיבוך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אקספוזיציה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מתאים עם זיהוי נכון של האמצעי והסבר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הדמות עם סיווג נכון והוכחה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דינמית משתנה, סטטית נשארת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השיא מגיע לפני ההתרה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נוספות מהיצירות הנלמדות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כלים לספרות - אמצעים אומנותיים, דמויות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המשחקים של ארגז הכלים לספרות אפשר לתרגל זיהוי אמצעים אומנותיים, סוגי דמויות, שלבי הסיפור ותכונות דמויות. דף זה מתרגל את אותם נושאים בכתב.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"הכוכבים רקדו בשמיים" - איזה אמצעי אומנותי מופיע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"הוא חזק כמו אריה" - איזה אמצעי אומנותי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"הוא היה אריה בקרב" (בלי מילת השוואה) - איזה אמצעי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"אור וחושך נלחמו זה בזה" - איזה אמצעי אומנותי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"שלום, שלום, ואין שלום" - איזה אמצעי אומנותי מופיע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דגל לבן שמונף בקרב מסמל כניעה - איזה אמצעי אומנותי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האנשה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סוגי דמויות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עגולה היא דמות מורכבת עם תכונות 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שטוחה משתנה הרבה במהלך העלילה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דינמית עוברת שינוי משמעותי בעלילה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עגולה ודמות דינמית הן תמיד אותה דמות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תכונה של דמות דרך מעשיה ודבריה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שני דברים הפוכים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בעזרת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ייצוג של רעיון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נתינת תכונות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בלי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סידור שלבי הסיפור - הר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הקושי הולך ומחריף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התרה - פתרון הסיבוך בסוף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מניע - משהו שמתחיל את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- הצגת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נקודת המתח הגבוהה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דימוי הוא השוואה בעזרת מילת השוואה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דמות __________ היא דמות עם תכונה בולטת אחת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השלב הראשון בהר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השלב האחרון בסיפור, שבו הסיבוך נפתר,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אמצעי אומנותי שבו חוזרים על מילה או צליל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קטע קצר מסיפור שלמדתם וכתבו משפט אחד המכיל דימוי או מטאפורה. הסבירו מדוע זהו אותו אמצעי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דמות מסיפור שלמדתם - האם היא עגולה או שטוחה? דינמית או סטטית? הביאו הוכחה אחת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דמות דינמית לדמות סטטית?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שלב בהר הסיפור מגיע מיד לפני ההתרה?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כלים לספרות - אמצעים אומנותיים, דמויות ומבנה הסיפור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