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🧰 ארגז כלים לספרות בחט״ב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ארגז כלים לספרות - אמצעים אומנותיים, דמויות ומבנה הסיפור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אמצעים אומנותיים במשפטים נתונים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סוגי דמויות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נכון את שלבי הסיפור מאקספוזיציה ועד התרה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אמצעים אומנותיים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האנשה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מטאפורה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ניגוד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חזרה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סמל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סוגי דמויות -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עגולה = מורכבת ורב ממדית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דמות שטוחה פשוטה ולרוב לא משתנה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דינמית = משתנה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אלה שני סיווגים שונים שיכולים להצטלב אך לא זהים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ההוכחות לתכונה מגיעות מהתנהגות הדמות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מונחים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(השוואה בעזרת מילת השוואה)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(נתינת תכונות אדם לדבר שאינו 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(השוואה בלי מילת השוואה)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(הצגת שני דברים הפוכים)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(ייצוג של רעיון גדול יותר)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סידור שלבי הסיפור - הר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אקספוזיציה - הצגת הדמויות והמקום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אירוע מניע - משהו שמתחיל את 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סיבוך - הקושי הולך ומחריף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שיא - נקודת המתח הגבוהה ביותר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התרה - פתרון הסיבוך בסוף 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שטוחה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אקספוזיציה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התרה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חזרה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מתאים עם זיהוי נכון של האמצעי והסבר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הדמות עם סיווג נכון והוכחה מהסיפור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דימוי משתמש במילת השוואה, מטאפורה 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דינמית משתנה, סטטית נשארת קבועה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השיא מגיע לפני ההתרה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דוגמאות נוספות מהיצירות הנלמדות בכיתה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לעבור על חלק ההתאמה יחד בעל פה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🧰 ארגז כלים לספרות בחט״ב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ארגז כלים לספרות - אמצעים אומנותיים, דמויות ומבנה הסיפור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בעמוד הזה יש משחקים על ספרות. בדף הזה נתרגל את אותם נושאים: אמצעים אומנותיים, סוגי דמויות ושלבי הסיפור.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דימוי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השוואה בין שני דברים בעזרת מילת השוואה כמו כ- או כמו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האנשה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נתינת תכונות של בני אדם לדבר שאינו אדם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מטאפורה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השוואה בין שני דברים בלי מילת השוואה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ניגוד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הצגה של שני דברים הפוכים זה לזה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סמל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שמייצג רעיון גדול או מופשט יותר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דמות עגולה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דמות מורכבת עם הרבה תכונות ורבדים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דמות שטוחה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דמות פשוטה עם תכונה בולטת אחת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אקספוזיציה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הפתיחה בסיפור - הצגת דמויות ומקום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אמצעים אומנותיים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אמצעי יש במשפט על הכוכבים שרוקדים?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יש כאן מילת השוואה - איזה אמצעי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מטאפורה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אין כאן מילת השוואה - איך קוראים לאמצעי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מטאפורה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יש כאן שני הפכים - איזה אמצעי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חוזרים על אותה מילה - איך קוראים לזה?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מטאפורה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הדגל הלבן מייצג רעיון - איזה אמצעי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האנשה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סוגי דמויות -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דמות עגולה היא דמות מורכבת עם תכונות רבות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דמות שטוחה משתנה הרבה במהלך העלילה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דמות דינמית עוברת שינוי משמעותי בעלילה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דמות עגולה ודמות דינמית הן תמיד אותה דמות בדיוק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לזהות תכונה של דמות דרך מעשיה ודבריה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התאמת מונחים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דימוי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הצגת שני דברים הפוכים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האנשה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ייצוג של רעיון גדול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מטאפורה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השוואה בעזרת מילת השוואה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ניגוד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השוואה בלי מילת השוואה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סמל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נתינת תכונות אדם לדבר שאינו אדם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סידור שלבי הסיפור - הר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אירוע מניע - משהו שמתחיל את העלילה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שיא - נקודת המתח הגבוהה ביותר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אקספוזיציה - הצגת הדמויות והמקום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התרה - פתרון הסיבוך בסוף הסיפור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סיבוך - הקושי הולך ומחריף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דימוי הוא השוואה בעזרת מילת השוואה כמו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דמות __________ היא דמות עם תכונה בולטת אחת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השלב הראשון בהר הסיפור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השלב האחרון בסיפור, שבו הסיבוך נפתר,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אמצעי אומנותי שבו חוזרים על מילה או צליל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קטע קצר מסיפור שלמדתם וכתבו משפט אחד המכיל דימוי או מטאפורה. הסבירו מדוע זהו אותו אמצעי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דמות מסיפור שלמדתם - האם היא עגולה או שטוחה? דינמית או סטטית? הביאו הוכחה אחת מהטקסט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דימוי למטאפורה?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דמות דינמית לדמות סטטית?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שלב בהר הסיפור מגיע מיד לפני ההתרה?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ארגז כלים לספרות - אמצעים אומנותיים, דמויות ומבנה הסיפור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