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אמצעים אומנותיים, דמויות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במשפטים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דמויות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שלבי הסיפור מאקספוזיציה ועד התרה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סוגי דמויות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עגולה = מורכבת ורב ממדית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שטוחה פשוטה ולרוב לא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דינמית = משתנה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בעזרת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(נתינת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שני דברים הפוכים)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סידור שלבי הסיפור - הר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הצגת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אירוע מניע - משהו שמתחיל את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סיבוך - הקושי הולך ומחריף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נקודת המתח הגבוהה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אקספוזיציה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הדמות עם סיווג נכון והוכחה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דינמית משתנה, סטטית נשארת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השיא מגיע לפני ההתרה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נוספות מהיצירות הנלמדות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אמצעים אומנותיים, דמויות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המשחקים של ארגז הכלים לספרות אפשר לתרגל זיהוי אמצעים אומנותיים, סוגי דמויות, שלבי הסיפור ותכונות דמויות. דף זה מתרגל את אותם נושאים בכתב.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שטוחה  ·  כמו  ·  אקספוזיציה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"הכוכבים רקדו בשמיים" - איזה אמצעי אומנותי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"הוא חזק כמו אריה" - איזה אמצעי אומנותי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"אור וחושך נלחמו זה בזה" - איזה אמצעי אומנותי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דימוי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סוגי דמויות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עגולה היא דמות מורכבת עם תכונות 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שטוחה משתנה הרבה במהלך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דינמית עוברת שינוי משמעותי בעלילה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הצגת שני דברים הפוכים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נתינת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בעזרת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סידור שלבי הסיפור - הר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אירוע מניע - משהו שמתחיל את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שיא - נקודת המתח הגבוהה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אקספוזיציה - הצגת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סיבוך - הקושי הולך ומחריף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דימוי הוא השוואה בעזרת מילת השוואה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דמות __________ היא דמות עם תכונה בולטת אחת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השלב הראשון בהר הסיפור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דמות מסיפור שלמדתם - האם היא עגולה או שטוחה? דינמית או סטטית? הביאו הוכחה אחת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דמות דינמית לדמות סטטית?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כלים לספרות - אמצעים אומנותיים, דמויות ומבנה הסיפור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